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F9C" w:rsidRDefault="00EB0F34">
      <w:pPr>
        <w:jc w:val="center"/>
      </w:pPr>
      <w:proofErr w:type="spellStart"/>
      <w:r>
        <w:t>Individualne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roditelje</w:t>
      </w:r>
      <w:proofErr w:type="spellEnd"/>
    </w:p>
    <w:tbl>
      <w:tblPr>
        <w:tblStyle w:val="Svijetlosjenanje-Isticanje1"/>
        <w:tblW w:w="0" w:type="auto"/>
        <w:jc w:val="center"/>
        <w:tblLook w:val="04A0" w:firstRow="1" w:lastRow="0" w:firstColumn="1" w:lastColumn="0" w:noHBand="0" w:noVBand="1"/>
      </w:tblPr>
      <w:tblGrid>
        <w:gridCol w:w="1135"/>
        <w:gridCol w:w="3729"/>
        <w:gridCol w:w="2694"/>
        <w:gridCol w:w="2693"/>
        <w:gridCol w:w="2366"/>
      </w:tblGrid>
      <w:tr w:rsidR="00630F9C" w:rsidRPr="004A5654" w:rsidTr="004A5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proofErr w:type="spellStart"/>
            <w:r w:rsidRPr="004A5654">
              <w:t>Razred</w:t>
            </w:r>
            <w:proofErr w:type="spellEnd"/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Razrednik</w:t>
            </w:r>
            <w:proofErr w:type="spellEnd"/>
            <w:r w:rsidRPr="004A5654">
              <w:t>/ca</w:t>
            </w:r>
          </w:p>
        </w:tc>
        <w:tc>
          <w:tcPr>
            <w:tcW w:w="2694" w:type="dxa"/>
          </w:tcPr>
          <w:p w:rsidR="00630F9C" w:rsidRPr="004A5654" w:rsidRDefault="00EB0F34" w:rsidP="004A565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Prijepodnevni</w:t>
            </w:r>
            <w:proofErr w:type="spellEnd"/>
            <w:r w:rsidRPr="004A5654">
              <w:t xml:space="preserve"> </w:t>
            </w:r>
            <w:proofErr w:type="spellStart"/>
            <w:r w:rsidRPr="004A5654">
              <w:t>termin</w:t>
            </w:r>
            <w:proofErr w:type="spellEnd"/>
          </w:p>
        </w:tc>
        <w:tc>
          <w:tcPr>
            <w:tcW w:w="2693" w:type="dxa"/>
          </w:tcPr>
          <w:p w:rsidR="00630F9C" w:rsidRDefault="00EB0F34" w:rsidP="004A565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Poslijepodnevni</w:t>
            </w:r>
            <w:proofErr w:type="spellEnd"/>
            <w:r w:rsidRPr="004A5654">
              <w:t xml:space="preserve"> </w:t>
            </w:r>
            <w:proofErr w:type="spellStart"/>
            <w:r w:rsidRPr="004A5654">
              <w:t>termin</w:t>
            </w:r>
            <w:proofErr w:type="spellEnd"/>
          </w:p>
          <w:p w:rsidR="004A5654" w:rsidRPr="004A5654" w:rsidRDefault="004A5654" w:rsidP="004A565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(1. </w:t>
            </w:r>
            <w:proofErr w:type="spellStart"/>
            <w:r>
              <w:t>četvrtak</w:t>
            </w:r>
            <w:proofErr w:type="spellEnd"/>
            <w:r>
              <w:t xml:space="preserve"> u </w:t>
            </w:r>
            <w:proofErr w:type="spellStart"/>
            <w:r>
              <w:t>mjesecu</w:t>
            </w:r>
            <w:proofErr w:type="spellEnd"/>
            <w:r>
              <w:t>)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Učionica</w:t>
            </w:r>
            <w:proofErr w:type="spellEnd"/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1.a</w:t>
            </w:r>
          </w:p>
        </w:tc>
        <w:tc>
          <w:tcPr>
            <w:tcW w:w="3729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Nada </w:t>
            </w:r>
            <w:proofErr w:type="spellStart"/>
            <w:r>
              <w:t>Ć</w:t>
            </w:r>
            <w:r w:rsidR="00EB0F34" w:rsidRPr="004A5654">
              <w:t>akić</w:t>
            </w:r>
            <w:proofErr w:type="spellEnd"/>
          </w:p>
        </w:tc>
        <w:tc>
          <w:tcPr>
            <w:tcW w:w="2694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Utorak</w:t>
            </w:r>
            <w:proofErr w:type="spellEnd"/>
            <w:r>
              <w:t xml:space="preserve"> </w:t>
            </w:r>
            <w:r w:rsidR="00354418">
              <w:t>,</w:t>
            </w:r>
            <w:r>
              <w:t>10:15 - 11:00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4A5654">
              <w:t>,</w:t>
            </w:r>
            <w:r w:rsidR="00354418">
              <w:t xml:space="preserve"> 17:00 - </w:t>
            </w:r>
            <w:r w:rsidRPr="004A5654">
              <w:t>18:00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I-5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1.b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Andrejina</w:t>
            </w:r>
            <w:proofErr w:type="spellEnd"/>
            <w:r w:rsidRPr="004A5654">
              <w:t xml:space="preserve"> </w:t>
            </w:r>
            <w:proofErr w:type="spellStart"/>
            <w:r w:rsidRPr="004A5654">
              <w:t>Jugovac</w:t>
            </w:r>
            <w:proofErr w:type="spellEnd"/>
          </w:p>
        </w:tc>
        <w:tc>
          <w:tcPr>
            <w:tcW w:w="2694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 w:rsidR="00EB0F34">
              <w:t>,</w:t>
            </w:r>
            <w:r>
              <w:t xml:space="preserve"> 12:50 - </w:t>
            </w:r>
            <w:r w:rsidR="00EB0F34" w:rsidRPr="004A5654">
              <w:t>13:40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4A5654">
              <w:t>,</w:t>
            </w:r>
            <w:r w:rsidR="00354418">
              <w:t xml:space="preserve"> 18:00 - </w:t>
            </w:r>
            <w:r w:rsidRPr="004A5654">
              <w:t>19:00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</w:t>
            </w:r>
            <w:r w:rsidR="004A5654">
              <w:t>I</w:t>
            </w:r>
            <w:r w:rsidRPr="004A5654">
              <w:t>-5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1.c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 xml:space="preserve">Ines </w:t>
            </w:r>
            <w:proofErr w:type="spellStart"/>
            <w:r w:rsidRPr="004A5654">
              <w:t>Sirotić</w:t>
            </w:r>
            <w:proofErr w:type="spellEnd"/>
          </w:p>
        </w:tc>
        <w:tc>
          <w:tcPr>
            <w:tcW w:w="2694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Srijeda</w:t>
            </w:r>
            <w:proofErr w:type="spellEnd"/>
            <w:r w:rsidR="00EB0F34">
              <w:t>,</w:t>
            </w:r>
            <w:r>
              <w:t xml:space="preserve"> 10:30 - </w:t>
            </w:r>
            <w:r w:rsidR="00EB0F34" w:rsidRPr="004A5654">
              <w:t>11:10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4A5654">
              <w:t>,</w:t>
            </w:r>
            <w:r w:rsidR="00354418">
              <w:t xml:space="preserve"> 18:00 - </w:t>
            </w:r>
            <w:r w:rsidRPr="004A5654">
              <w:t>19:00</w:t>
            </w:r>
          </w:p>
        </w:tc>
        <w:tc>
          <w:tcPr>
            <w:tcW w:w="2366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II-5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1.d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Nikolina</w:t>
            </w:r>
            <w:proofErr w:type="spellEnd"/>
            <w:r w:rsidRPr="004A5654">
              <w:t xml:space="preserve"> </w:t>
            </w:r>
            <w:proofErr w:type="spellStart"/>
            <w:r w:rsidRPr="004A5654">
              <w:t>Širol</w:t>
            </w:r>
            <w:proofErr w:type="spellEnd"/>
          </w:p>
        </w:tc>
        <w:tc>
          <w:tcPr>
            <w:tcW w:w="2694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Srijeda</w:t>
            </w:r>
            <w:proofErr w:type="spellEnd"/>
            <w:r w:rsidR="00EB0F34">
              <w:t>,</w:t>
            </w:r>
            <w:r>
              <w:t xml:space="preserve"> 10:30 - </w:t>
            </w:r>
            <w:r w:rsidR="00EB0F34" w:rsidRPr="004A5654">
              <w:t>12:00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4A5654">
              <w:t>,</w:t>
            </w:r>
            <w:r w:rsidR="00354418">
              <w:t xml:space="preserve"> 14:30 - </w:t>
            </w:r>
            <w:r w:rsidRPr="004A5654">
              <w:t>16:30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P-23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1.k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 xml:space="preserve">Robert </w:t>
            </w:r>
            <w:proofErr w:type="spellStart"/>
            <w:r w:rsidRPr="004A5654">
              <w:t>Fabris</w:t>
            </w:r>
            <w:proofErr w:type="spellEnd"/>
            <w:r w:rsidRPr="004A5654">
              <w:t xml:space="preserve"> / </w:t>
            </w:r>
            <w:proofErr w:type="spellStart"/>
            <w:r w:rsidRPr="004A5654">
              <w:t>Sanja</w:t>
            </w:r>
            <w:proofErr w:type="spellEnd"/>
            <w:r w:rsidRPr="004A5654">
              <w:t xml:space="preserve"> </w:t>
            </w:r>
            <w:proofErr w:type="spellStart"/>
            <w:r w:rsidRPr="004A5654">
              <w:t>Prodan</w:t>
            </w:r>
            <w:proofErr w:type="spellEnd"/>
            <w:r w:rsidRPr="004A5654">
              <w:t xml:space="preserve"> </w:t>
            </w:r>
            <w:proofErr w:type="spellStart"/>
            <w:r w:rsidRPr="004A5654">
              <w:t>Vincan</w:t>
            </w:r>
            <w:proofErr w:type="spellEnd"/>
          </w:p>
        </w:tc>
        <w:tc>
          <w:tcPr>
            <w:tcW w:w="2694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 w:rsidR="00EB0F34">
              <w:t>,</w:t>
            </w:r>
            <w:r>
              <w:t xml:space="preserve"> 13:00 - </w:t>
            </w:r>
            <w:r w:rsidR="00EB0F34" w:rsidRPr="004A5654">
              <w:t>13:40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4A5654">
              <w:t>,</w:t>
            </w:r>
            <w:r w:rsidR="00354418">
              <w:t xml:space="preserve"> 16:00 - </w:t>
            </w:r>
            <w:r w:rsidRPr="004A5654">
              <w:t>16:30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P-23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1.e3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 xml:space="preserve">Silvia </w:t>
            </w:r>
            <w:proofErr w:type="spellStart"/>
            <w:r w:rsidRPr="004A5654">
              <w:t>St</w:t>
            </w:r>
            <w:r w:rsidR="004A5654">
              <w:t>a</w:t>
            </w:r>
            <w:r w:rsidRPr="004A5654">
              <w:t>rčić</w:t>
            </w:r>
            <w:proofErr w:type="spellEnd"/>
          </w:p>
        </w:tc>
        <w:tc>
          <w:tcPr>
            <w:tcW w:w="2694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Srijeda</w:t>
            </w:r>
            <w:proofErr w:type="spellEnd"/>
            <w:r w:rsidR="00EB0F34">
              <w:t>,</w:t>
            </w:r>
            <w:r>
              <w:t xml:space="preserve"> 10:25 - </w:t>
            </w:r>
            <w:r w:rsidR="00EB0F34" w:rsidRPr="004A5654">
              <w:t>11:10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4A5654">
              <w:t>,</w:t>
            </w:r>
            <w:r w:rsidR="00354418">
              <w:t xml:space="preserve"> 16:00 - </w:t>
            </w:r>
            <w:r w:rsidRPr="004A5654">
              <w:t>17:30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II-17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1.e4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Sanja Cvitić Kukuruzović</w:t>
            </w:r>
          </w:p>
        </w:tc>
        <w:tc>
          <w:tcPr>
            <w:tcW w:w="2694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Utorak</w:t>
            </w:r>
            <w:proofErr w:type="spellEnd"/>
            <w:r w:rsidR="00EB0F34">
              <w:t>,</w:t>
            </w:r>
            <w:r>
              <w:t xml:space="preserve"> 11:15 - </w:t>
            </w:r>
            <w:r w:rsidR="00EB0F34" w:rsidRPr="004A5654">
              <w:t>12:00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4A5654">
              <w:t>,</w:t>
            </w:r>
            <w:r w:rsidR="00354418">
              <w:t xml:space="preserve"> 16:00 - </w:t>
            </w:r>
            <w:r w:rsidRPr="004A5654">
              <w:t>17:00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Zbornica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2.a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Antonio Kurilić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Petak</w:t>
            </w:r>
            <w:proofErr w:type="spellEnd"/>
            <w:r w:rsidR="00EB0F34">
              <w:t>,</w:t>
            </w:r>
            <w:r>
              <w:t xml:space="preserve"> 10:05 - </w:t>
            </w:r>
            <w:r w:rsidR="00EB0F34" w:rsidRPr="004A5654">
              <w:t>10:50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4A5654">
              <w:t>,</w:t>
            </w:r>
            <w:r w:rsidR="00354418">
              <w:t xml:space="preserve"> 16:00 - </w:t>
            </w:r>
            <w:r w:rsidRPr="004A5654">
              <w:t>17:00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I-19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2.b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Nikolina Kostadinović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Ponedjeljak</w:t>
            </w:r>
            <w:proofErr w:type="spellEnd"/>
            <w:r w:rsidR="00EB0F34">
              <w:t>,</w:t>
            </w:r>
            <w:r>
              <w:t xml:space="preserve"> 12:05 - </w:t>
            </w:r>
            <w:r w:rsidR="00EB0F34" w:rsidRPr="004A5654">
              <w:t>12:50</w:t>
            </w:r>
          </w:p>
        </w:tc>
        <w:tc>
          <w:tcPr>
            <w:tcW w:w="2693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>
              <w:t>,</w:t>
            </w:r>
            <w:r w:rsidR="00EB0F34" w:rsidRPr="004A5654">
              <w:t xml:space="preserve"> </w:t>
            </w:r>
            <w:r w:rsidR="00354418">
              <w:t xml:space="preserve">17:30 - </w:t>
            </w:r>
            <w:r>
              <w:t>18:00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P-18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2.c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Sandro Brljafa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Petak</w:t>
            </w:r>
            <w:proofErr w:type="spellEnd"/>
            <w:r w:rsidR="00EB0F34">
              <w:t>,</w:t>
            </w:r>
            <w:r>
              <w:t xml:space="preserve"> 9:15 - </w:t>
            </w:r>
            <w:r w:rsidR="00EB0F34" w:rsidRPr="004A5654">
              <w:t>10:00</w:t>
            </w:r>
          </w:p>
        </w:tc>
        <w:tc>
          <w:tcPr>
            <w:tcW w:w="2693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>
              <w:t xml:space="preserve"> 17:00 - </w:t>
            </w:r>
            <w:r w:rsidR="004A5654">
              <w:t>17</w:t>
            </w:r>
            <w:r w:rsidR="00EB0F34" w:rsidRPr="004A5654">
              <w:t>:45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I-4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2.d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Sandra Živanović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Ponedjeljak</w:t>
            </w:r>
            <w:proofErr w:type="spellEnd"/>
            <w:r w:rsidR="00EB0F34">
              <w:t>,</w:t>
            </w:r>
            <w:r>
              <w:t xml:space="preserve"> 10:00 - </w:t>
            </w:r>
            <w:r w:rsidR="00EB0F34" w:rsidRPr="004A5654">
              <w:t>11:15</w:t>
            </w:r>
          </w:p>
        </w:tc>
        <w:tc>
          <w:tcPr>
            <w:tcW w:w="2693" w:type="dxa"/>
          </w:tcPr>
          <w:p w:rsidR="00630F9C" w:rsidRPr="004A5654" w:rsidRDefault="00354418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>
              <w:t xml:space="preserve"> 17:00 - </w:t>
            </w:r>
            <w:r w:rsidR="00EB0F34" w:rsidRPr="004A5654">
              <w:t>17:45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P-23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2.k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Tina Brumnić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Petak</w:t>
            </w:r>
            <w:proofErr w:type="spellEnd"/>
            <w:r w:rsidR="00EB0F34">
              <w:t>,</w:t>
            </w:r>
            <w:r>
              <w:t xml:space="preserve"> 10:05 - </w:t>
            </w:r>
            <w:r w:rsidR="00EB0F34" w:rsidRPr="004A5654">
              <w:t>11:00</w:t>
            </w:r>
          </w:p>
        </w:tc>
        <w:tc>
          <w:tcPr>
            <w:tcW w:w="2693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>
              <w:t>,</w:t>
            </w:r>
            <w:r w:rsidR="00354418">
              <w:t xml:space="preserve"> 14:30 - </w:t>
            </w:r>
            <w:r>
              <w:t>16:00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I-1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2.e3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Tiana Ferenčić</w:t>
            </w:r>
          </w:p>
        </w:tc>
        <w:tc>
          <w:tcPr>
            <w:tcW w:w="2694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Utorak</w:t>
            </w:r>
            <w:proofErr w:type="spellEnd"/>
            <w:r>
              <w:t>,</w:t>
            </w:r>
            <w:r w:rsidRPr="004A5654">
              <w:t xml:space="preserve"> </w:t>
            </w:r>
            <w:r w:rsidR="00354418">
              <w:t xml:space="preserve">12:05 - </w:t>
            </w:r>
            <w:r w:rsidRPr="004A5654">
              <w:t>12:50</w:t>
            </w:r>
          </w:p>
        </w:tc>
        <w:tc>
          <w:tcPr>
            <w:tcW w:w="2693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>
              <w:t xml:space="preserve">, </w:t>
            </w:r>
            <w:r w:rsidR="00354418">
              <w:t xml:space="preserve">17:00 - </w:t>
            </w:r>
            <w:r w:rsidR="00EB0F34" w:rsidRPr="004A5654">
              <w:t>18:00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II-16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2.e4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Lovro Šverko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Srijeda</w:t>
            </w:r>
            <w:proofErr w:type="spellEnd"/>
            <w:r w:rsidR="00EB0F34">
              <w:t>,</w:t>
            </w:r>
            <w:r>
              <w:t xml:space="preserve"> 10:30 - </w:t>
            </w:r>
            <w:r w:rsidR="00EB0F34" w:rsidRPr="004A5654">
              <w:t>11:00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Po dogovoru</w:t>
            </w:r>
          </w:p>
        </w:tc>
        <w:tc>
          <w:tcPr>
            <w:tcW w:w="2366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P-4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3.a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Robert Gortan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Ponedjeljak</w:t>
            </w:r>
            <w:proofErr w:type="spellEnd"/>
            <w:r w:rsidR="00EB0F34">
              <w:t>,</w:t>
            </w:r>
            <w:r>
              <w:t xml:space="preserve"> 11:10 - </w:t>
            </w:r>
            <w:r w:rsidR="00EB0F34" w:rsidRPr="004A5654">
              <w:t>12:00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17:00 - </w:t>
            </w:r>
            <w:r w:rsidRPr="004A5654">
              <w:t>17:45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I-1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3.b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Tatjana Bratanović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Srijeda</w:t>
            </w:r>
            <w:proofErr w:type="spellEnd"/>
            <w:r w:rsidR="00EB0F34">
              <w:t>,</w:t>
            </w:r>
            <w:r>
              <w:t xml:space="preserve"> 8:30 - </w:t>
            </w:r>
            <w:r w:rsidR="00EB0F34" w:rsidRPr="004A5654">
              <w:t>9:15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18:00 - </w:t>
            </w:r>
            <w:r w:rsidRPr="004A5654">
              <w:t>18:45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II-16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3.c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 xml:space="preserve">Barbara </w:t>
            </w:r>
            <w:r w:rsidRPr="004A5654">
              <w:t>Širol Aleksić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 w:rsidR="00EB0F34">
              <w:t>,</w:t>
            </w:r>
            <w:r>
              <w:t xml:space="preserve"> 11:15 - </w:t>
            </w:r>
            <w:r w:rsidR="00EB0F34" w:rsidRPr="004A5654">
              <w:t>12:00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17:30 - </w:t>
            </w:r>
            <w:r w:rsidRPr="004A5654">
              <w:t>18:30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I-16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3.d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Tatjana Močibob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Utorak</w:t>
            </w:r>
            <w:proofErr w:type="spellEnd"/>
            <w:r w:rsidR="00EB0F34">
              <w:t>,</w:t>
            </w:r>
            <w:r>
              <w:t xml:space="preserve"> 10:05 - </w:t>
            </w:r>
            <w:r w:rsidR="00EB0F34" w:rsidRPr="004A5654">
              <w:t>10:30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17:00 - </w:t>
            </w:r>
            <w:r w:rsidRPr="004A5654">
              <w:t>17:45</w:t>
            </w:r>
          </w:p>
        </w:tc>
        <w:tc>
          <w:tcPr>
            <w:tcW w:w="2366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Veleučilište</w:t>
            </w:r>
            <w:proofErr w:type="spellEnd"/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3.k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Irena Škropeta Blašković</w:t>
            </w:r>
          </w:p>
        </w:tc>
        <w:tc>
          <w:tcPr>
            <w:tcW w:w="2694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Četvrtak,</w:t>
            </w:r>
            <w:r w:rsidR="00354418">
              <w:t xml:space="preserve">12:05 - </w:t>
            </w:r>
            <w:r w:rsidRPr="004A5654">
              <w:t>12:50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14:30 - </w:t>
            </w:r>
            <w:r w:rsidRPr="004A5654">
              <w:t>15:00</w:t>
            </w:r>
          </w:p>
        </w:tc>
        <w:tc>
          <w:tcPr>
            <w:tcW w:w="2366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Veleučilište</w:t>
            </w:r>
            <w:proofErr w:type="spellEnd"/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3.e4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Danka Hajsek Đaković</w:t>
            </w:r>
          </w:p>
        </w:tc>
        <w:tc>
          <w:tcPr>
            <w:tcW w:w="2694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Utorak</w:t>
            </w:r>
            <w:proofErr w:type="spellEnd"/>
            <w:r>
              <w:t>,</w:t>
            </w:r>
            <w:r w:rsidRPr="004A5654">
              <w:t xml:space="preserve"> </w:t>
            </w:r>
            <w:r w:rsidR="00354418">
              <w:t xml:space="preserve">12:55 - </w:t>
            </w:r>
            <w:r w:rsidRPr="004A5654">
              <w:t>13:40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17:00 - </w:t>
            </w:r>
            <w:r w:rsidRPr="004A5654">
              <w:t>18:00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I-1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3.e3</w:t>
            </w:r>
          </w:p>
        </w:tc>
        <w:tc>
          <w:tcPr>
            <w:tcW w:w="3729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Vedran</w:t>
            </w:r>
            <w:proofErr w:type="spellEnd"/>
            <w:r w:rsidR="00EB0F34" w:rsidRPr="004A5654">
              <w:t xml:space="preserve"> </w:t>
            </w:r>
            <w:proofErr w:type="spellStart"/>
            <w:r w:rsidR="00EB0F34" w:rsidRPr="004A5654">
              <w:t>Batel</w:t>
            </w:r>
            <w:proofErr w:type="spellEnd"/>
          </w:p>
        </w:tc>
        <w:tc>
          <w:tcPr>
            <w:tcW w:w="2694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Ponedjeljak,</w:t>
            </w:r>
            <w:r w:rsidR="00354418">
              <w:t xml:space="preserve">10:30 - </w:t>
            </w:r>
            <w:r w:rsidRPr="004A5654">
              <w:t>11:15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Utorak</w:t>
            </w:r>
            <w:proofErr w:type="spellEnd"/>
            <w:r w:rsidR="00354418">
              <w:t xml:space="preserve">, 14:30 - </w:t>
            </w:r>
            <w:r w:rsidRPr="004A5654">
              <w:t>15:00</w:t>
            </w:r>
          </w:p>
        </w:tc>
        <w:tc>
          <w:tcPr>
            <w:tcW w:w="2366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I-1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4.a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Silvija Mavrić</w:t>
            </w:r>
          </w:p>
        </w:tc>
        <w:tc>
          <w:tcPr>
            <w:tcW w:w="2694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Utorak</w:t>
            </w:r>
            <w:proofErr w:type="spellEnd"/>
            <w:r>
              <w:t xml:space="preserve">, 9:15 </w:t>
            </w:r>
            <w:r w:rsidR="00354418">
              <w:t xml:space="preserve">- </w:t>
            </w:r>
            <w:r>
              <w:t>10:00</w:t>
            </w:r>
          </w:p>
        </w:tc>
        <w:tc>
          <w:tcPr>
            <w:tcW w:w="2693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Četvrtak</w:t>
            </w:r>
            <w:proofErr w:type="spellEnd"/>
            <w:r>
              <w:t xml:space="preserve">, </w:t>
            </w:r>
            <w:proofErr w:type="spellStart"/>
            <w:r w:rsidR="00EB0F34" w:rsidRPr="004A5654">
              <w:t>prema</w:t>
            </w:r>
            <w:proofErr w:type="spellEnd"/>
            <w:r w:rsidR="00EB0F34" w:rsidRPr="004A5654">
              <w:t xml:space="preserve"> </w:t>
            </w:r>
            <w:proofErr w:type="spellStart"/>
            <w:r w:rsidR="00EB0F34" w:rsidRPr="004A5654">
              <w:t>dogovoru</w:t>
            </w:r>
            <w:proofErr w:type="spellEnd"/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</w:t>
            </w:r>
            <w:r w:rsidR="004A5654">
              <w:t>I-13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4.b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Radmila Zaletel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Utorak</w:t>
            </w:r>
            <w:proofErr w:type="spellEnd"/>
            <w:r w:rsidR="00EB0F34">
              <w:t>,</w:t>
            </w:r>
            <w:r>
              <w:t xml:space="preserve"> 9:15 - </w:t>
            </w:r>
            <w:r w:rsidR="00EB0F34" w:rsidRPr="004A5654">
              <w:t>10:00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14:30 - </w:t>
            </w:r>
            <w:r w:rsidRPr="004A5654">
              <w:t>15:15</w:t>
            </w:r>
          </w:p>
        </w:tc>
        <w:tc>
          <w:tcPr>
            <w:tcW w:w="2366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II-15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4.c</w:t>
            </w:r>
          </w:p>
        </w:tc>
        <w:tc>
          <w:tcPr>
            <w:tcW w:w="3729" w:type="dxa"/>
          </w:tcPr>
          <w:p w:rsidR="00630F9C" w:rsidRPr="004A5654" w:rsidRDefault="00354418" w:rsidP="0035441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Anika </w:t>
            </w:r>
            <w:proofErr w:type="spellStart"/>
            <w:r>
              <w:t>Ujčić</w:t>
            </w:r>
            <w:proofErr w:type="spellEnd"/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Petak</w:t>
            </w:r>
            <w:proofErr w:type="spellEnd"/>
            <w:r w:rsidR="00EB0F34">
              <w:t>,</w:t>
            </w:r>
            <w:r>
              <w:t xml:space="preserve"> 10:25 - </w:t>
            </w:r>
            <w:r w:rsidR="00EB0F34" w:rsidRPr="004A5654">
              <w:t>11:10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Petak</w:t>
            </w:r>
            <w:proofErr w:type="spellEnd"/>
            <w:r w:rsidR="00354418">
              <w:t xml:space="preserve">, 14:30 - </w:t>
            </w:r>
            <w:r w:rsidRPr="004A5654">
              <w:t>15:00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II-14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4.d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Rafaela Krošnjak</w:t>
            </w:r>
          </w:p>
        </w:tc>
        <w:tc>
          <w:tcPr>
            <w:tcW w:w="2694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Utorak</w:t>
            </w:r>
            <w:proofErr w:type="spellEnd"/>
            <w:r>
              <w:t xml:space="preserve">, </w:t>
            </w:r>
            <w:r w:rsidR="00354418">
              <w:t xml:space="preserve">11:15 - </w:t>
            </w:r>
            <w:r w:rsidRPr="004A5654">
              <w:t>12:00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18:00 - </w:t>
            </w:r>
            <w:r w:rsidRPr="004A5654">
              <w:t>19:00</w:t>
            </w:r>
          </w:p>
        </w:tc>
        <w:tc>
          <w:tcPr>
            <w:tcW w:w="2366" w:type="dxa"/>
          </w:tcPr>
          <w:p w:rsidR="00630F9C" w:rsidRPr="004A5654" w:rsidRDefault="004A565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I-14</w:t>
            </w:r>
          </w:p>
        </w:tc>
      </w:tr>
      <w:tr w:rsidR="00630F9C" w:rsidRPr="004A5654" w:rsidTr="004A565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4.k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A5654">
              <w:t>Ida Doždor</w:t>
            </w:r>
          </w:p>
        </w:tc>
        <w:tc>
          <w:tcPr>
            <w:tcW w:w="2694" w:type="dxa"/>
          </w:tcPr>
          <w:p w:rsidR="00630F9C" w:rsidRPr="004A5654" w:rsidRDefault="00354418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Utorak</w:t>
            </w:r>
            <w:proofErr w:type="spellEnd"/>
            <w:r w:rsidR="00EB0F34">
              <w:t>,</w:t>
            </w:r>
            <w:r>
              <w:t xml:space="preserve"> 13:45 - </w:t>
            </w:r>
            <w:r w:rsidR="00EB0F34" w:rsidRPr="004A5654">
              <w:t>14:25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A5654">
              <w:t>Četvrtak</w:t>
            </w:r>
            <w:proofErr w:type="spellEnd"/>
            <w:r w:rsidR="00354418">
              <w:t xml:space="preserve">, 17:00 - </w:t>
            </w:r>
            <w:r w:rsidRPr="004A5654">
              <w:t>18:00</w:t>
            </w:r>
          </w:p>
        </w:tc>
        <w:tc>
          <w:tcPr>
            <w:tcW w:w="2366" w:type="dxa"/>
          </w:tcPr>
          <w:p w:rsidR="00630F9C" w:rsidRPr="004A5654" w:rsidRDefault="004A5654" w:rsidP="004A565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P-21</w:t>
            </w:r>
          </w:p>
        </w:tc>
      </w:tr>
      <w:tr w:rsidR="00630F9C" w:rsidRPr="004A5654" w:rsidTr="004A5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</w:tcPr>
          <w:p w:rsidR="00630F9C" w:rsidRPr="004A5654" w:rsidRDefault="00EB0F34" w:rsidP="004A5654">
            <w:pPr>
              <w:spacing w:line="276" w:lineRule="auto"/>
            </w:pPr>
            <w:r w:rsidRPr="004A5654">
              <w:t>4.e4</w:t>
            </w:r>
          </w:p>
        </w:tc>
        <w:tc>
          <w:tcPr>
            <w:tcW w:w="3729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Tatjana Savić</w:t>
            </w:r>
          </w:p>
        </w:tc>
        <w:tc>
          <w:tcPr>
            <w:tcW w:w="2694" w:type="dxa"/>
          </w:tcPr>
          <w:p w:rsidR="00630F9C" w:rsidRPr="004A5654" w:rsidRDefault="00354418" w:rsidP="0035441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Ponedj</w:t>
            </w:r>
            <w:bookmarkStart w:id="0" w:name="_GoBack"/>
            <w:bookmarkEnd w:id="0"/>
            <w:r>
              <w:t>eljak</w:t>
            </w:r>
            <w:proofErr w:type="spellEnd"/>
            <w:r>
              <w:t xml:space="preserve">, </w:t>
            </w:r>
            <w:r w:rsidR="00EB0F34" w:rsidRPr="004A5654">
              <w:t>11:15–12:00</w:t>
            </w:r>
          </w:p>
        </w:tc>
        <w:tc>
          <w:tcPr>
            <w:tcW w:w="2693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A5654">
              <w:t>Č</w:t>
            </w:r>
            <w:r w:rsidRPr="004A5654">
              <w:t>etv</w:t>
            </w:r>
            <w:r w:rsidRPr="004A5654">
              <w:t>rtak</w:t>
            </w:r>
            <w:proofErr w:type="spellEnd"/>
            <w:r w:rsidR="00354418">
              <w:t>, 17:00 - 17:45</w:t>
            </w:r>
          </w:p>
        </w:tc>
        <w:tc>
          <w:tcPr>
            <w:tcW w:w="2366" w:type="dxa"/>
          </w:tcPr>
          <w:p w:rsidR="00630F9C" w:rsidRPr="004A5654" w:rsidRDefault="00EB0F34" w:rsidP="004A565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5654">
              <w:t>I-15</w:t>
            </w:r>
          </w:p>
        </w:tc>
      </w:tr>
    </w:tbl>
    <w:p w:rsidR="00630F9C" w:rsidRDefault="00630F9C"/>
    <w:sectPr w:rsidR="00630F9C" w:rsidSect="00034616">
      <w:pgSz w:w="16838" w:h="11906" w:orient="landscape"/>
      <w:pgMar w:top="794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4418"/>
    <w:rsid w:val="004A5654"/>
    <w:rsid w:val="00630F9C"/>
    <w:rsid w:val="00AA1D8D"/>
    <w:rsid w:val="00B47730"/>
    <w:rsid w:val="00CB0664"/>
    <w:rsid w:val="00EB0F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9A6C6"/>
  <w14:defaultImageDpi w14:val="300"/>
  <w15:docId w15:val="{9BFAD981-289D-4A16-B661-12D53192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961338-A221-4053-89AF-BAE066596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 Luk</cp:lastModifiedBy>
  <cp:revision>2</cp:revision>
  <dcterms:created xsi:type="dcterms:W3CDTF">2026-10-14T08:08:00Z</dcterms:created>
  <dcterms:modified xsi:type="dcterms:W3CDTF">2026-10-14T08:08:00Z</dcterms:modified>
  <cp:category/>
</cp:coreProperties>
</file>